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703FA101" w14:textId="77777777" w:rsidR="00C76997" w:rsidRDefault="00C76997" w:rsidP="00414E18">
      <w:pPr>
        <w:pStyle w:val="Ttulo1"/>
        <w:jc w:val="center"/>
        <w:rPr>
          <w:rFonts w:ascii="Aptos" w:hAnsi="Aptos"/>
          <w:color w:val="D99594" w:themeColor="accent2" w:themeTint="99"/>
          <w:sz w:val="40"/>
          <w:szCs w:val="40"/>
          <w:lang w:val="es-ES"/>
        </w:rPr>
      </w:pPr>
      <w:bookmarkStart w:id="0" w:name="_Hlk220921896"/>
    </w:p>
    <w:p w14:paraId="769C28D3" w14:textId="282D631A" w:rsidR="00414E18" w:rsidRPr="00C76997" w:rsidRDefault="00000000" w:rsidP="00414E18">
      <w:pPr>
        <w:pStyle w:val="Ttulo1"/>
        <w:jc w:val="center"/>
        <w:rPr>
          <w:rFonts w:ascii="Aptos" w:hAnsi="Aptos"/>
          <w:color w:val="4D9FA1"/>
          <w:sz w:val="40"/>
          <w:szCs w:val="40"/>
          <w:lang w:val="es-ES"/>
        </w:rPr>
      </w:pPr>
      <w:r w:rsidRPr="00C76997">
        <w:rPr>
          <w:rFonts w:ascii="Aptos" w:hAnsi="Aptos"/>
          <w:color w:val="4D9FA1"/>
          <w:sz w:val="40"/>
          <w:szCs w:val="40"/>
          <w:lang w:val="es-ES"/>
        </w:rPr>
        <w:t xml:space="preserve">CUESTIONARIO </w:t>
      </w:r>
      <w:r w:rsidR="00414E18" w:rsidRPr="00C76997">
        <w:rPr>
          <w:rFonts w:ascii="Aptos" w:hAnsi="Aptos"/>
          <w:color w:val="4D9FA1"/>
          <w:sz w:val="40"/>
          <w:szCs w:val="40"/>
          <w:lang w:val="es-ES"/>
        </w:rPr>
        <w:t>PARA LA REALIZACIÓN DE TU CALENDARIO PERSONALIZADO</w:t>
      </w:r>
    </w:p>
    <w:p w14:paraId="62BFF6B4" w14:textId="77777777" w:rsidR="00C76997" w:rsidRDefault="00C76997" w:rsidP="005F2AE9">
      <w:pPr>
        <w:rPr>
          <w:lang w:val="es-ES"/>
        </w:rPr>
      </w:pPr>
    </w:p>
    <w:p w14:paraId="2FA1613A" w14:textId="45837E57" w:rsidR="00E01AEB" w:rsidRPr="00E01AEB" w:rsidRDefault="00E01AEB" w:rsidP="00E01AEB">
      <w:pPr>
        <w:rPr>
          <w:lang w:val="es-ES"/>
        </w:rPr>
      </w:pPr>
    </w:p>
    <w:p w14:paraId="2E7A477E" w14:textId="77777777" w:rsidR="00C76997" w:rsidRDefault="00C76997" w:rsidP="005F2AE9">
      <w:pPr>
        <w:rPr>
          <w:lang w:val="es-ES"/>
        </w:rPr>
      </w:pPr>
    </w:p>
    <w:p w14:paraId="67FF9089" w14:textId="77777777" w:rsidR="00C76997" w:rsidRDefault="00C76997" w:rsidP="005F2AE9">
      <w:pPr>
        <w:rPr>
          <w:lang w:val="es-ES"/>
        </w:rPr>
      </w:pPr>
    </w:p>
    <w:p w14:paraId="3082B542" w14:textId="5F3470D5" w:rsidR="00C76997" w:rsidRDefault="00C76997" w:rsidP="005F2AE9">
      <w:pPr>
        <w:rPr>
          <w:lang w:val="es-ES"/>
        </w:rPr>
      </w:pPr>
      <w:r w:rsidRPr="00C76997">
        <w:rPr>
          <w:rFonts w:ascii="Aptos" w:hAnsi="Aptos"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322AE03" wp14:editId="0408F6E7">
                <wp:simplePos x="0" y="0"/>
                <wp:positionH relativeFrom="margin">
                  <wp:align>center</wp:align>
                </wp:positionH>
                <wp:positionV relativeFrom="paragraph">
                  <wp:posOffset>293370</wp:posOffset>
                </wp:positionV>
                <wp:extent cx="6835140" cy="1404620"/>
                <wp:effectExtent l="38100" t="38100" r="118110" b="1181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7"/>
                        </a:solidFill>
                        <a:ln>
                          <a:solidFill>
                            <a:srgbClr val="4D9FA1"/>
                          </a:solidFill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87CA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El objetivo de este cuestionario es conocerte mejor para poder ayudarte de verdad y sacar el máximo partido a tu estudio.</w:t>
                            </w:r>
                          </w:p>
                          <w:p w14:paraId="096E0E81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Este cuestionario servirá a tu Guía para entender:</w:t>
                            </w:r>
                          </w:p>
                          <w:p w14:paraId="5E2F0E3A" w14:textId="77777777" w:rsidR="00C76997" w:rsidRPr="00C76997" w:rsidRDefault="00C76997" w:rsidP="00C76997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Cuál es tu disponibilidad real</w:t>
                            </w:r>
                          </w:p>
                          <w:p w14:paraId="4E41BD15" w14:textId="77777777" w:rsidR="00C76997" w:rsidRPr="00C76997" w:rsidRDefault="00C76997" w:rsidP="00C76997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Cuántas horas de calidad puedes dedicar al estudio</w:t>
                            </w:r>
                          </w:p>
                          <w:p w14:paraId="4AFFABB1" w14:textId="77777777" w:rsidR="00C76997" w:rsidRPr="00C76997" w:rsidRDefault="00C76997" w:rsidP="00C76997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En qué momentos del día te concentras mejor y rindes más. No todo funciona igual a todas horas, y por eso es tan importante tener en cuenta tu energía y nivel de concentración según el momento del día.</w:t>
                            </w:r>
                          </w:p>
                          <w:p w14:paraId="4D6A6FB4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Con toda esta información haremos un análisis profundo para organizar tu estudio de la mejor forma posible y decidir juntos qué hacer en cada momento: estudiar, dar clase, hacer test, repasar…</w:t>
                            </w:r>
                          </w:p>
                          <w:p w14:paraId="074C3465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👉</w:t>
                            </w: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 xml:space="preserve"> Si hay cualquier otra cosa sobre ti que consideres importante (hábitos, dificultades, objetivos, bloqueos, circunstancias personales…), añádela sin problema. Cuanto más te conozca tu Guía, mejor se adaptará a ti.</w:t>
                            </w:r>
                          </w:p>
                          <w:p w14:paraId="1182BEAA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Respóndelo con calma y sinceridad.</w:t>
                            </w:r>
                          </w:p>
                          <w:p w14:paraId="5FD94D88" w14:textId="77777777" w:rsidR="00C76997" w:rsidRPr="00C76997" w:rsidRDefault="00C76997" w:rsidP="00C76997">
                            <w:pPr>
                              <w:jc w:val="both"/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76997">
                              <w:rPr>
                                <w:rFonts w:ascii="Aptos" w:hAnsi="Aptos"/>
                                <w:sz w:val="24"/>
                                <w:szCs w:val="24"/>
                                <w:lang w:val="es-ES"/>
                              </w:rPr>
                              <w:t>Este cuestionario es el primer paso para construir un plan de estudio hecho a tu medida.</w:t>
                            </w:r>
                          </w:p>
                          <w:p w14:paraId="384353F8" w14:textId="7824E8BD" w:rsidR="00C76997" w:rsidRPr="00C76997" w:rsidRDefault="00C7699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22AE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3.1pt;width:538.2pt;height:110.6pt;z-index:-2516572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" fillcolor="#fffff7" strokecolor="#4d9fa1" strokeweight="2pt">
                <v:shadow on="t" color="black" opacity="26214f" origin="-.5,-.5" offset=".74836mm,.74836mm"/>
                <v:textbox style="mso-fit-shape-to-text:t">
                  <w:txbxContent>
                    <w:p w14:paraId="11A887CA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El objetivo de este cuestionario es conocerte mejor para poder ayudarte de verdad y sacar el máximo partido a tu estudio.</w:t>
                      </w:r>
                    </w:p>
                    <w:p w14:paraId="096E0E81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Este cuestionario servirá a tu Guía para entender:</w:t>
                      </w:r>
                    </w:p>
                    <w:p w14:paraId="5E2F0E3A" w14:textId="77777777" w:rsidR="00C76997" w:rsidRPr="00C76997" w:rsidRDefault="00C76997" w:rsidP="00C76997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Cuál es tu disponibilidad real</w:t>
                      </w:r>
                    </w:p>
                    <w:p w14:paraId="4E41BD15" w14:textId="77777777" w:rsidR="00C76997" w:rsidRPr="00C76997" w:rsidRDefault="00C76997" w:rsidP="00C76997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Cuántas horas de calidad puedes dedicar al estudio</w:t>
                      </w:r>
                    </w:p>
                    <w:p w14:paraId="4AFFABB1" w14:textId="77777777" w:rsidR="00C76997" w:rsidRPr="00C76997" w:rsidRDefault="00C76997" w:rsidP="00C76997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En qué momentos del día te concentras mejor y rindes más. No todo funciona igual a todas horas, y por eso es tan importante tener en cuenta tu energía y nivel de concentración según el momento del día.</w:t>
                      </w:r>
                    </w:p>
                    <w:p w14:paraId="4D6A6FB4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Con toda esta información haremos un análisis profundo para organizar tu estudio de la mejor forma posible y decidir juntos qué hacer en cada momento: estudiar, dar clase, hacer test, repasar…</w:t>
                      </w:r>
                    </w:p>
                    <w:p w14:paraId="074C3465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Segoe UI Emoji" w:hAnsi="Segoe UI Emoji" w:cs="Segoe UI Emoji"/>
                          <w:sz w:val="24"/>
                          <w:szCs w:val="24"/>
                          <w:lang w:val="es-ES"/>
                        </w:rPr>
                        <w:t>👉</w:t>
                      </w: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 xml:space="preserve"> Si hay cualquier otra cosa sobre ti que consideres importante (hábitos, dificultades, objetivos, bloqueos, circunstancias personales…), añádela sin problema. Cuanto más te conozca tu Guía, mejor se adaptará a ti.</w:t>
                      </w:r>
                    </w:p>
                    <w:p w14:paraId="1182BEAA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Respóndelo con calma y sinceridad.</w:t>
                      </w:r>
                    </w:p>
                    <w:p w14:paraId="5FD94D88" w14:textId="77777777" w:rsidR="00C76997" w:rsidRPr="00C76997" w:rsidRDefault="00C76997" w:rsidP="00C76997">
                      <w:pPr>
                        <w:jc w:val="both"/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</w:pPr>
                      <w:r w:rsidRPr="00C76997">
                        <w:rPr>
                          <w:rFonts w:ascii="Aptos" w:hAnsi="Aptos"/>
                          <w:sz w:val="24"/>
                          <w:szCs w:val="24"/>
                          <w:lang w:val="es-ES"/>
                        </w:rPr>
                        <w:t>Este cuestionario es el primer paso para construir un plan de estudio hecho a tu medida.</w:t>
                      </w:r>
                    </w:p>
                    <w:p w14:paraId="384353F8" w14:textId="7824E8BD" w:rsidR="00C76997" w:rsidRPr="00C76997" w:rsidRDefault="00C7699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F0376" w14:textId="3B283F33" w:rsidR="00C76997" w:rsidRDefault="00C76997" w:rsidP="005F2AE9">
      <w:pPr>
        <w:rPr>
          <w:lang w:val="es-ES"/>
        </w:rPr>
      </w:pPr>
    </w:p>
    <w:p w14:paraId="1F175535" w14:textId="45855F99" w:rsidR="00C76997" w:rsidRDefault="00C76997" w:rsidP="005F2AE9">
      <w:pPr>
        <w:rPr>
          <w:lang w:val="es-ES"/>
        </w:rPr>
      </w:pPr>
    </w:p>
    <w:p w14:paraId="1112FD19" w14:textId="54A80C80" w:rsidR="00C76997" w:rsidRDefault="00C76997" w:rsidP="005F2AE9">
      <w:pPr>
        <w:rPr>
          <w:lang w:val="es-ES"/>
        </w:rPr>
      </w:pPr>
    </w:p>
    <w:p w14:paraId="01EB945C" w14:textId="16914C9A" w:rsidR="00C76997" w:rsidRDefault="00C76997" w:rsidP="005F2AE9">
      <w:pPr>
        <w:rPr>
          <w:lang w:val="es-ES"/>
        </w:rPr>
      </w:pPr>
    </w:p>
    <w:p w14:paraId="3A6C2082" w14:textId="656833A4" w:rsidR="00C76997" w:rsidRDefault="00C76997" w:rsidP="005F2AE9">
      <w:pPr>
        <w:rPr>
          <w:lang w:val="es-ES"/>
        </w:rPr>
      </w:pPr>
    </w:p>
    <w:p w14:paraId="548143E4" w14:textId="7CC19FF4" w:rsidR="00C76997" w:rsidRDefault="00C76997" w:rsidP="005F2AE9">
      <w:pPr>
        <w:rPr>
          <w:lang w:val="es-ES"/>
        </w:rPr>
      </w:pPr>
    </w:p>
    <w:p w14:paraId="3BCD1506" w14:textId="77777777" w:rsidR="00C76997" w:rsidRDefault="00C76997" w:rsidP="005F2AE9">
      <w:pPr>
        <w:rPr>
          <w:lang w:val="es-ES"/>
        </w:rPr>
      </w:pPr>
    </w:p>
    <w:p w14:paraId="024F0044" w14:textId="7BF79576" w:rsidR="00C76997" w:rsidRDefault="00C76997" w:rsidP="005F2AE9">
      <w:pPr>
        <w:rPr>
          <w:lang w:val="es-ES"/>
        </w:rPr>
      </w:pPr>
    </w:p>
    <w:p w14:paraId="333A6DF7" w14:textId="0D5D6773" w:rsidR="005F2AE9" w:rsidRDefault="005F2AE9" w:rsidP="005F2AE9">
      <w:pPr>
        <w:rPr>
          <w:lang w:val="es-ES"/>
        </w:rPr>
      </w:pPr>
    </w:p>
    <w:p w14:paraId="241457C2" w14:textId="0AD73DBD" w:rsidR="00C76997" w:rsidRDefault="00C76997" w:rsidP="005F2AE9">
      <w:pPr>
        <w:rPr>
          <w:lang w:val="es-ES"/>
        </w:rPr>
      </w:pPr>
    </w:p>
    <w:p w14:paraId="6EB537F7" w14:textId="54E67B28" w:rsidR="00C76997" w:rsidRDefault="00C76997" w:rsidP="005F2AE9">
      <w:pPr>
        <w:rPr>
          <w:lang w:val="es-ES"/>
        </w:rPr>
      </w:pPr>
    </w:p>
    <w:p w14:paraId="2435D0AA" w14:textId="0BDB45BD" w:rsidR="00C76997" w:rsidRDefault="00C76997" w:rsidP="005F2AE9">
      <w:pPr>
        <w:rPr>
          <w:lang w:val="es-ES"/>
        </w:rPr>
      </w:pPr>
    </w:p>
    <w:p w14:paraId="7E27394C" w14:textId="5F203D36" w:rsidR="00C76997" w:rsidRDefault="00C76997" w:rsidP="005F2AE9">
      <w:pPr>
        <w:rPr>
          <w:lang w:val="es-ES"/>
        </w:rPr>
      </w:pPr>
    </w:p>
    <w:p w14:paraId="1B2D4ECB" w14:textId="3047F5EB" w:rsidR="00C76997" w:rsidRDefault="00C76997" w:rsidP="005F2AE9">
      <w:pPr>
        <w:rPr>
          <w:lang w:val="es-ES"/>
        </w:rPr>
      </w:pPr>
    </w:p>
    <w:p w14:paraId="5AC705C9" w14:textId="7CF12992" w:rsidR="00C76997" w:rsidRDefault="00C76997" w:rsidP="005F2AE9">
      <w:pPr>
        <w:rPr>
          <w:lang w:val="es-ES"/>
        </w:rPr>
      </w:pPr>
    </w:p>
    <w:p w14:paraId="7BC959DA" w14:textId="77777777" w:rsidR="00C76997" w:rsidRDefault="00C76997" w:rsidP="005F2AE9">
      <w:pPr>
        <w:rPr>
          <w:lang w:val="es-ES"/>
        </w:rPr>
      </w:pPr>
    </w:p>
    <w:p w14:paraId="1CE0348B" w14:textId="25023F8C" w:rsidR="00992D2F" w:rsidRPr="00C76997" w:rsidRDefault="00000000" w:rsidP="00414E18">
      <w:pPr>
        <w:pStyle w:val="Ttulo1"/>
        <w:rPr>
          <w:rFonts w:ascii="Aptos" w:hAnsi="Aptos"/>
          <w:color w:val="4D9FA1"/>
          <w:lang w:val="es-ES"/>
        </w:rPr>
      </w:pPr>
      <w:r w:rsidRPr="00C76997">
        <w:rPr>
          <w:rFonts w:ascii="Aptos" w:hAnsi="Aptos"/>
          <w:color w:val="4D9FA1"/>
          <w:lang w:val="es-ES"/>
        </w:rPr>
        <w:lastRenderedPageBreak/>
        <w:t>1. DATOS GENERALES</w:t>
      </w:r>
    </w:p>
    <w:p w14:paraId="604C7A0F" w14:textId="18A9824E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Nombre y apellidos:</w:t>
      </w:r>
    </w:p>
    <w:p w14:paraId="70F368D0" w14:textId="77777777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Edad:</w:t>
      </w:r>
    </w:p>
    <w:p w14:paraId="4508EBD3" w14:textId="77777777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Provincia / Comunidad Autónoma:</w:t>
      </w:r>
    </w:p>
    <w:p w14:paraId="024BC5AA" w14:textId="77777777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¿Es la primera vez que te preparas esta oposición?</w:t>
      </w:r>
    </w:p>
    <w:p w14:paraId="2FEAAD3A" w14:textId="61348AAD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¿Cuántas convocatorias llevas?</w:t>
      </w:r>
    </w:p>
    <w:p w14:paraId="14D5C55B" w14:textId="472D1414" w:rsidR="00992D2F" w:rsidRPr="00C76997" w:rsidRDefault="00000000" w:rsidP="005F2AE9">
      <w:pPr>
        <w:pStyle w:val="Prrafodelista"/>
        <w:numPr>
          <w:ilvl w:val="0"/>
          <w:numId w:val="13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¿Cuán</w:t>
      </w:r>
      <w:r w:rsidR="00414E18" w:rsidRPr="00C76997">
        <w:rPr>
          <w:rFonts w:ascii="Aptos" w:hAnsi="Aptos"/>
          <w:sz w:val="24"/>
          <w:szCs w:val="24"/>
          <w:lang w:val="es-ES"/>
        </w:rPr>
        <w:t>t</w:t>
      </w:r>
      <w:r w:rsidRPr="00C76997">
        <w:rPr>
          <w:rFonts w:ascii="Aptos" w:hAnsi="Aptos"/>
          <w:sz w:val="24"/>
          <w:szCs w:val="24"/>
          <w:lang w:val="es-ES"/>
        </w:rPr>
        <w:t xml:space="preserve">o </w:t>
      </w:r>
      <w:r w:rsidR="00414E18" w:rsidRPr="00C76997">
        <w:rPr>
          <w:rFonts w:ascii="Aptos" w:hAnsi="Aptos"/>
          <w:sz w:val="24"/>
          <w:szCs w:val="24"/>
          <w:lang w:val="es-ES"/>
        </w:rPr>
        <w:t>tiempo llevas estudiando</w:t>
      </w:r>
      <w:r w:rsidRPr="00C76997">
        <w:rPr>
          <w:rFonts w:ascii="Aptos" w:hAnsi="Aptos"/>
          <w:sz w:val="24"/>
          <w:szCs w:val="24"/>
          <w:lang w:val="es-ES"/>
        </w:rPr>
        <w:t>?</w:t>
      </w:r>
    </w:p>
    <w:p w14:paraId="6800FD09" w14:textId="77777777" w:rsidR="00992D2F" w:rsidRPr="00C76997" w:rsidRDefault="00000000" w:rsidP="00414E18">
      <w:pPr>
        <w:pStyle w:val="Ttulo1"/>
        <w:rPr>
          <w:rFonts w:ascii="Aptos" w:hAnsi="Aptos"/>
          <w:color w:val="4D9FA1"/>
          <w:lang w:val="es-ES"/>
        </w:rPr>
      </w:pPr>
      <w:r w:rsidRPr="00C76997">
        <w:rPr>
          <w:rFonts w:ascii="Aptos" w:hAnsi="Aptos"/>
          <w:color w:val="4D9FA1"/>
          <w:lang w:val="es-ES"/>
        </w:rPr>
        <w:t>2. SITUACIÓN LABORAL</w:t>
      </w:r>
    </w:p>
    <w:p w14:paraId="6C7EB5BB" w14:textId="77777777" w:rsidR="005F2AE9" w:rsidRDefault="005F2AE9" w:rsidP="005F2AE9">
      <w:pPr>
        <w:pStyle w:val="Prrafodelista"/>
        <w:rPr>
          <w:rFonts w:ascii="Aptos" w:hAnsi="Aptos"/>
          <w:lang w:val="es-ES"/>
        </w:rPr>
      </w:pPr>
    </w:p>
    <w:p w14:paraId="08F83F54" w14:textId="080615CB" w:rsidR="00992D2F" w:rsidRPr="00C76997" w:rsidRDefault="00000000" w:rsidP="005F2AE9">
      <w:pPr>
        <w:pStyle w:val="Prrafodelista"/>
        <w:numPr>
          <w:ilvl w:val="0"/>
          <w:numId w:val="14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Situación actual:</w:t>
      </w:r>
    </w:p>
    <w:p w14:paraId="36A23310" w14:textId="77777777" w:rsidR="00992D2F" w:rsidRPr="00C76997" w:rsidRDefault="00000000" w:rsidP="005F2AE9">
      <w:pPr>
        <w:pStyle w:val="Prrafodelista"/>
        <w:numPr>
          <w:ilvl w:val="0"/>
          <w:numId w:val="14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Horario habitual de trabajo:</w:t>
      </w:r>
    </w:p>
    <w:p w14:paraId="078DB379" w14:textId="77777777" w:rsidR="00992D2F" w:rsidRPr="00C76997" w:rsidRDefault="00000000" w:rsidP="005F2AE9">
      <w:pPr>
        <w:pStyle w:val="Prrafodelista"/>
        <w:numPr>
          <w:ilvl w:val="0"/>
          <w:numId w:val="14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¿Tienes turnos rotativos o cambios frecuentes?</w:t>
      </w:r>
    </w:p>
    <w:p w14:paraId="7FBE998F" w14:textId="77777777" w:rsidR="00992D2F" w:rsidRPr="00C76997" w:rsidRDefault="00000000" w:rsidP="00414E18">
      <w:pPr>
        <w:pStyle w:val="Ttulo1"/>
        <w:rPr>
          <w:rFonts w:ascii="Aptos" w:hAnsi="Aptos"/>
          <w:color w:val="4D9FA1"/>
          <w:lang w:val="es-ES"/>
        </w:rPr>
      </w:pPr>
      <w:r w:rsidRPr="00C76997">
        <w:rPr>
          <w:rFonts w:ascii="Aptos" w:hAnsi="Aptos"/>
          <w:color w:val="4D9FA1"/>
          <w:lang w:val="es-ES"/>
        </w:rPr>
        <w:t>3. CARGAS PERSONALES Y FAMILIARES</w:t>
      </w:r>
    </w:p>
    <w:p w14:paraId="5248A615" w14:textId="77777777" w:rsidR="005F2AE9" w:rsidRDefault="005F2AE9" w:rsidP="005F2AE9">
      <w:pPr>
        <w:pStyle w:val="Prrafodelista"/>
        <w:rPr>
          <w:rFonts w:ascii="Aptos" w:hAnsi="Aptos"/>
          <w:lang w:val="es-ES"/>
        </w:rPr>
      </w:pPr>
    </w:p>
    <w:p w14:paraId="4E160E02" w14:textId="540EAE7C" w:rsidR="00992D2F" w:rsidRPr="00C76997" w:rsidRDefault="00000000" w:rsidP="005F2AE9">
      <w:pPr>
        <w:pStyle w:val="Prrafodelista"/>
        <w:numPr>
          <w:ilvl w:val="0"/>
          <w:numId w:val="15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 xml:space="preserve">¿Tienes hijos? </w:t>
      </w:r>
      <w:r w:rsidR="005F2AE9" w:rsidRPr="00C76997">
        <w:rPr>
          <w:rFonts w:ascii="Aptos" w:hAnsi="Aptos"/>
          <w:sz w:val="24"/>
          <w:szCs w:val="24"/>
          <w:lang w:val="es-ES"/>
        </w:rPr>
        <w:t>¿Cuántos? ¿Qué edad tienen?:</w:t>
      </w:r>
    </w:p>
    <w:p w14:paraId="3F24323A" w14:textId="240B6BC8" w:rsidR="00992D2F" w:rsidRPr="00C76997" w:rsidRDefault="00000000" w:rsidP="005F2AE9">
      <w:pPr>
        <w:pStyle w:val="Prrafodelista"/>
        <w:numPr>
          <w:ilvl w:val="0"/>
          <w:numId w:val="15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¿Tienes personas a tu cargo?</w:t>
      </w:r>
      <w:r w:rsidR="00414E18" w:rsidRPr="00C76997">
        <w:rPr>
          <w:rFonts w:ascii="Aptos" w:hAnsi="Aptos"/>
          <w:sz w:val="24"/>
          <w:szCs w:val="24"/>
          <w:lang w:val="es-ES"/>
        </w:rPr>
        <w:t>:</w:t>
      </w:r>
    </w:p>
    <w:p w14:paraId="6AA7AA31" w14:textId="6A14304C" w:rsidR="00992D2F" w:rsidRPr="00C76997" w:rsidRDefault="00414E18" w:rsidP="005F2AE9">
      <w:pPr>
        <w:pStyle w:val="Prrafodelista"/>
        <w:numPr>
          <w:ilvl w:val="0"/>
          <w:numId w:val="15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¿Tienes ayuda para el cuidado?: (Horario de guarde, colegio…</w:t>
      </w:r>
      <w:r w:rsidR="005F2AE9" w:rsidRPr="00C76997">
        <w:rPr>
          <w:rFonts w:ascii="Aptos" w:hAnsi="Aptos"/>
          <w:sz w:val="24"/>
          <w:szCs w:val="24"/>
          <w:lang w:val="es-ES"/>
        </w:rPr>
        <w:t>)</w:t>
      </w:r>
    </w:p>
    <w:p w14:paraId="62D07227" w14:textId="77777777" w:rsidR="00992D2F" w:rsidRPr="00C76997" w:rsidRDefault="00992D2F">
      <w:pPr>
        <w:rPr>
          <w:rFonts w:ascii="Aptos" w:hAnsi="Aptos"/>
          <w:color w:val="4D9FA1"/>
          <w:lang w:val="es-ES"/>
        </w:rPr>
      </w:pPr>
    </w:p>
    <w:p w14:paraId="71B82D17" w14:textId="77777777" w:rsidR="00992D2F" w:rsidRPr="00C76997" w:rsidRDefault="00000000">
      <w:pPr>
        <w:rPr>
          <w:rFonts w:ascii="Aptos" w:hAnsi="Aptos"/>
          <w:b/>
          <w:bCs/>
          <w:color w:val="4D9FA1"/>
          <w:lang w:val="es-ES"/>
        </w:rPr>
      </w:pPr>
      <w:r w:rsidRPr="00C76997"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  <w:t>4. DISPONIBILIDAD REAL DE ESTUDIO</w:t>
      </w:r>
    </w:p>
    <w:p w14:paraId="41A6ACEA" w14:textId="77777777" w:rsidR="00992D2F" w:rsidRPr="00C76997" w:rsidRDefault="00000000" w:rsidP="005F2AE9">
      <w:pPr>
        <w:pStyle w:val="Prrafodelista"/>
        <w:numPr>
          <w:ilvl w:val="0"/>
          <w:numId w:val="16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Horas disponibles entre semana:</w:t>
      </w:r>
    </w:p>
    <w:p w14:paraId="324453AB" w14:textId="77777777" w:rsidR="00992D2F" w:rsidRPr="00C76997" w:rsidRDefault="00000000" w:rsidP="005F2AE9">
      <w:pPr>
        <w:pStyle w:val="Prrafodelista"/>
        <w:numPr>
          <w:ilvl w:val="0"/>
          <w:numId w:val="16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Horas disponibles los fines de semana:</w:t>
      </w:r>
    </w:p>
    <w:p w14:paraId="024A859E" w14:textId="3AF19259" w:rsidR="00992D2F" w:rsidRPr="00C76997" w:rsidRDefault="00414E18" w:rsidP="005F2AE9">
      <w:pPr>
        <w:pStyle w:val="Prrafodelista"/>
        <w:numPr>
          <w:ilvl w:val="0"/>
          <w:numId w:val="16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 xml:space="preserve">Día de descanso preferible (por defecto pondremos el </w:t>
      </w:r>
      <w:proofErr w:type="gramStart"/>
      <w:r w:rsidRPr="00C76997">
        <w:rPr>
          <w:rFonts w:ascii="Aptos" w:hAnsi="Aptos"/>
          <w:sz w:val="24"/>
          <w:szCs w:val="24"/>
          <w:lang w:val="es-ES"/>
        </w:rPr>
        <w:t>domingo</w:t>
      </w:r>
      <w:proofErr w:type="gramEnd"/>
      <w:r w:rsidRPr="00C76997">
        <w:rPr>
          <w:rFonts w:ascii="Aptos" w:hAnsi="Aptos"/>
          <w:sz w:val="24"/>
          <w:szCs w:val="24"/>
          <w:lang w:val="es-ES"/>
        </w:rPr>
        <w:t xml:space="preserve"> pero lo podrás adaptar con tu guía cuando quieras, si lo sabes de antemano lo establecemos cómo DIA DE DISFRUTE</w:t>
      </w:r>
    </w:p>
    <w:p w14:paraId="7FF49E3D" w14:textId="0CDF1E71" w:rsidR="00992D2F" w:rsidRPr="00C76997" w:rsidRDefault="007770C5" w:rsidP="005F2AE9">
      <w:pPr>
        <w:pStyle w:val="Prrafodelista"/>
        <w:numPr>
          <w:ilvl w:val="0"/>
          <w:numId w:val="16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Horas de mayor concentración en el estudio (Teniendo en cuenta horario y momento del día)</w:t>
      </w:r>
      <w:r w:rsidR="005F2AE9" w:rsidRPr="00C76997">
        <w:rPr>
          <w:rFonts w:ascii="Aptos" w:hAnsi="Aptos"/>
          <w:sz w:val="24"/>
          <w:szCs w:val="24"/>
          <w:lang w:val="es-ES"/>
        </w:rPr>
        <w:t>:</w:t>
      </w:r>
    </w:p>
    <w:p w14:paraId="666791EE" w14:textId="77777777" w:rsidR="00992D2F" w:rsidRPr="00C76997" w:rsidRDefault="00992D2F">
      <w:pPr>
        <w:rPr>
          <w:rFonts w:ascii="Aptos" w:hAnsi="Aptos"/>
          <w:color w:val="4D9FA1"/>
          <w:lang w:val="es-ES"/>
        </w:rPr>
      </w:pPr>
    </w:p>
    <w:p w14:paraId="1AC5A239" w14:textId="77777777" w:rsidR="00992D2F" w:rsidRPr="00C76997" w:rsidRDefault="00000000">
      <w:pPr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</w:pPr>
      <w:r w:rsidRPr="00C76997"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  <w:t>5. NIVEL Y EXPERIENCIA DE ESTUDIO</w:t>
      </w:r>
    </w:p>
    <w:p w14:paraId="2AED2659" w14:textId="77777777" w:rsidR="00992D2F" w:rsidRPr="00C76997" w:rsidRDefault="00000000" w:rsidP="005F2AE9">
      <w:pPr>
        <w:pStyle w:val="Prrafodelista"/>
        <w:numPr>
          <w:ilvl w:val="0"/>
          <w:numId w:val="17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Nivel de estudios:</w:t>
      </w:r>
    </w:p>
    <w:p w14:paraId="66E4DC4D" w14:textId="77777777" w:rsidR="00992D2F" w:rsidRPr="00C76997" w:rsidRDefault="00000000" w:rsidP="005F2AE9">
      <w:pPr>
        <w:pStyle w:val="Prrafodelista"/>
        <w:numPr>
          <w:ilvl w:val="0"/>
          <w:numId w:val="17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Tiempo sin estudiar de forma constante:</w:t>
      </w:r>
    </w:p>
    <w:p w14:paraId="74E46A1C" w14:textId="77777777" w:rsidR="00992D2F" w:rsidRPr="00C76997" w:rsidRDefault="00000000" w:rsidP="005F2AE9">
      <w:pPr>
        <w:pStyle w:val="Prrafodelista"/>
        <w:numPr>
          <w:ilvl w:val="0"/>
          <w:numId w:val="17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lastRenderedPageBreak/>
        <w:t>Principales dificultades al estudiar:</w:t>
      </w:r>
    </w:p>
    <w:p w14:paraId="0DEFBBEB" w14:textId="3350BFE0" w:rsidR="007770C5" w:rsidRPr="00C76997" w:rsidRDefault="00000000" w:rsidP="00C76997">
      <w:pPr>
        <w:pStyle w:val="Prrafodelista"/>
        <w:numPr>
          <w:ilvl w:val="0"/>
          <w:numId w:val="17"/>
        </w:numPr>
        <w:rPr>
          <w:rFonts w:ascii="Aptos" w:hAnsi="Aptos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Método de estudio preferido:</w:t>
      </w:r>
      <w:r w:rsidR="007770C5" w:rsidRPr="00C76997">
        <w:rPr>
          <w:rFonts w:ascii="Aptos" w:hAnsi="Aptos"/>
          <w:sz w:val="24"/>
          <w:szCs w:val="24"/>
          <w:lang w:val="es-ES"/>
        </w:rPr>
        <w:t xml:space="preserve"> (Propia ley, </w:t>
      </w:r>
      <w:r w:rsidR="005F2AE9" w:rsidRPr="00C76997">
        <w:rPr>
          <w:rFonts w:ascii="Aptos" w:hAnsi="Aptos"/>
          <w:sz w:val="24"/>
          <w:szCs w:val="24"/>
          <w:lang w:val="es-ES"/>
        </w:rPr>
        <w:t>resúmenes</w:t>
      </w:r>
      <w:r w:rsidR="007770C5" w:rsidRPr="00C76997">
        <w:rPr>
          <w:rFonts w:ascii="Aptos" w:hAnsi="Aptos"/>
          <w:sz w:val="24"/>
          <w:szCs w:val="24"/>
          <w:lang w:val="es-ES"/>
        </w:rPr>
        <w:t xml:space="preserve">, esquemas, </w:t>
      </w:r>
      <w:proofErr w:type="spellStart"/>
      <w:r w:rsidR="007770C5" w:rsidRPr="00C76997">
        <w:rPr>
          <w:rFonts w:ascii="Aptos" w:hAnsi="Aptos"/>
          <w:sz w:val="24"/>
          <w:szCs w:val="24"/>
          <w:lang w:val="es-ES"/>
        </w:rPr>
        <w:t>flashcard</w:t>
      </w:r>
      <w:proofErr w:type="spellEnd"/>
      <w:r w:rsidR="007770C5" w:rsidRPr="00C76997">
        <w:rPr>
          <w:rFonts w:ascii="Aptos" w:hAnsi="Aptos"/>
          <w:sz w:val="24"/>
          <w:szCs w:val="24"/>
          <w:lang w:val="es-ES"/>
        </w:rPr>
        <w:t>)</w:t>
      </w:r>
    </w:p>
    <w:p w14:paraId="0481EEB2" w14:textId="43F44B0B" w:rsidR="00992D2F" w:rsidRPr="00C76997" w:rsidRDefault="00000000">
      <w:pPr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</w:pPr>
      <w:r w:rsidRPr="00C76997"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  <w:t>6. OBJETIVOS Y MOTIVACIÓN</w:t>
      </w:r>
    </w:p>
    <w:p w14:paraId="07AEDB3D" w14:textId="77777777" w:rsidR="00992D2F" w:rsidRPr="00C76997" w:rsidRDefault="00000000" w:rsidP="005F2AE9">
      <w:pPr>
        <w:pStyle w:val="Prrafodelista"/>
        <w:numPr>
          <w:ilvl w:val="0"/>
          <w:numId w:val="18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Motivación principal para opositar:</w:t>
      </w:r>
    </w:p>
    <w:p w14:paraId="5A1D6BF4" w14:textId="77777777" w:rsidR="00992D2F" w:rsidRPr="00C76997" w:rsidRDefault="00000000" w:rsidP="005F2AE9">
      <w:pPr>
        <w:pStyle w:val="Prrafodelista"/>
        <w:numPr>
          <w:ilvl w:val="0"/>
          <w:numId w:val="18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Nivel de compromiso actual (1–10):</w:t>
      </w:r>
    </w:p>
    <w:p w14:paraId="23D4D818" w14:textId="5D76B4CE" w:rsidR="00992D2F" w:rsidRPr="00C76997" w:rsidRDefault="00000000" w:rsidP="00C76997">
      <w:pPr>
        <w:pStyle w:val="Prrafodelista"/>
        <w:numPr>
          <w:ilvl w:val="0"/>
          <w:numId w:val="18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Principal preocupación respecto a la oposición</w:t>
      </w:r>
      <w:r w:rsidR="007770C5" w:rsidRPr="00C76997">
        <w:rPr>
          <w:rFonts w:ascii="Aptos" w:hAnsi="Aptos"/>
          <w:sz w:val="24"/>
          <w:szCs w:val="24"/>
          <w:lang w:val="es-ES"/>
        </w:rPr>
        <w:t xml:space="preserve"> y punto débil </w:t>
      </w:r>
      <w:r w:rsidR="005F2AE9" w:rsidRPr="00C76997">
        <w:rPr>
          <w:rFonts w:ascii="Aptos" w:hAnsi="Aptos"/>
          <w:sz w:val="24"/>
          <w:szCs w:val="24"/>
          <w:lang w:val="es-ES"/>
        </w:rPr>
        <w:t>según</w:t>
      </w:r>
      <w:r w:rsidR="007770C5" w:rsidRPr="00C76997">
        <w:rPr>
          <w:rFonts w:ascii="Aptos" w:hAnsi="Aptos"/>
          <w:sz w:val="24"/>
          <w:szCs w:val="24"/>
          <w:lang w:val="es-ES"/>
        </w:rPr>
        <w:t xml:space="preserve"> tu criterio</w:t>
      </w:r>
      <w:r w:rsidR="005F2AE9" w:rsidRPr="00C76997">
        <w:rPr>
          <w:rFonts w:ascii="Aptos" w:hAnsi="Aptos"/>
          <w:sz w:val="24"/>
          <w:szCs w:val="24"/>
          <w:lang w:val="es-ES"/>
        </w:rPr>
        <w:t>:</w:t>
      </w:r>
    </w:p>
    <w:p w14:paraId="4A613425" w14:textId="77777777" w:rsidR="00C76997" w:rsidRPr="00C76997" w:rsidRDefault="00C76997" w:rsidP="00C76997">
      <w:pPr>
        <w:pStyle w:val="Prrafodelista"/>
        <w:rPr>
          <w:rFonts w:ascii="Aptos" w:hAnsi="Aptos"/>
          <w:lang w:val="es-ES"/>
        </w:rPr>
      </w:pPr>
    </w:p>
    <w:p w14:paraId="09E53F2A" w14:textId="1310D439" w:rsidR="007770C5" w:rsidRPr="00C76997" w:rsidRDefault="007770C5">
      <w:pPr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</w:pPr>
      <w:r w:rsidRPr="00C76997"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  <w:t xml:space="preserve">7. INFORMACIÓN ADICIONAL </w:t>
      </w:r>
    </w:p>
    <w:p w14:paraId="764218E8" w14:textId="3F295C75" w:rsidR="0036140A" w:rsidRDefault="007770C5" w:rsidP="00C76997">
      <w:pPr>
        <w:jc w:val="both"/>
        <w:rPr>
          <w:rFonts w:ascii="Aptos" w:hAnsi="Aptos"/>
          <w:i/>
          <w:iCs/>
          <w:sz w:val="24"/>
          <w:szCs w:val="24"/>
          <w:lang w:val="es-ES"/>
        </w:rPr>
      </w:pPr>
      <w:r w:rsidRPr="00C76997">
        <w:rPr>
          <w:rFonts w:ascii="Aptos" w:hAnsi="Aptos"/>
          <w:i/>
          <w:iCs/>
          <w:sz w:val="24"/>
          <w:szCs w:val="24"/>
          <w:lang w:val="es-ES"/>
        </w:rPr>
        <w:t xml:space="preserve">Punto importante e </w:t>
      </w:r>
      <w:r w:rsidR="005F2AE9" w:rsidRPr="00C76997">
        <w:rPr>
          <w:rFonts w:ascii="Aptos" w:hAnsi="Aptos"/>
          <w:i/>
          <w:iCs/>
          <w:sz w:val="24"/>
          <w:szCs w:val="24"/>
          <w:lang w:val="es-ES"/>
        </w:rPr>
        <w:t>íntimo</w:t>
      </w:r>
      <w:r w:rsidRPr="00C76997">
        <w:rPr>
          <w:rFonts w:ascii="Aptos" w:hAnsi="Aptos"/>
          <w:i/>
          <w:iCs/>
          <w:sz w:val="24"/>
          <w:szCs w:val="24"/>
          <w:lang w:val="es-ES"/>
        </w:rPr>
        <w:t xml:space="preserve"> si quieres comentar a tu </w:t>
      </w:r>
      <w:r w:rsidR="005F2AE9" w:rsidRPr="00C76997">
        <w:rPr>
          <w:rFonts w:ascii="Aptos" w:hAnsi="Aptos"/>
          <w:i/>
          <w:iCs/>
          <w:sz w:val="24"/>
          <w:szCs w:val="24"/>
          <w:lang w:val="es-ES"/>
        </w:rPr>
        <w:t>Guía</w:t>
      </w:r>
      <w:r w:rsidRPr="00C76997">
        <w:rPr>
          <w:rFonts w:ascii="Aptos" w:hAnsi="Aptos"/>
          <w:i/>
          <w:iCs/>
          <w:sz w:val="24"/>
          <w:szCs w:val="24"/>
          <w:lang w:val="es-ES"/>
        </w:rPr>
        <w:t xml:space="preserve"> algo personal para que te conozca más y entienda tu situación aquí puedes hacerlo.</w:t>
      </w:r>
    </w:p>
    <w:p w14:paraId="3C6833E4" w14:textId="77777777" w:rsidR="00C76997" w:rsidRPr="00C76997" w:rsidRDefault="00C76997" w:rsidP="00C76997">
      <w:pPr>
        <w:jc w:val="both"/>
        <w:rPr>
          <w:rFonts w:ascii="Aptos" w:hAnsi="Aptos"/>
          <w:i/>
          <w:iCs/>
          <w:sz w:val="24"/>
          <w:szCs w:val="24"/>
          <w:lang w:val="es-ES"/>
        </w:rPr>
      </w:pPr>
    </w:p>
    <w:p w14:paraId="5EE6FD3A" w14:textId="77777777" w:rsidR="0036140A" w:rsidRPr="00C76997" w:rsidRDefault="0036140A" w:rsidP="0036140A">
      <w:pPr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</w:pPr>
      <w:r w:rsidRPr="00C76997">
        <w:rPr>
          <w:rFonts w:ascii="Aptos" w:eastAsiaTheme="majorEastAsia" w:hAnsi="Aptos" w:cstheme="majorBidi"/>
          <w:b/>
          <w:bCs/>
          <w:color w:val="4D9FA1"/>
          <w:sz w:val="28"/>
          <w:szCs w:val="28"/>
          <w:lang w:val="es-ES"/>
        </w:rPr>
        <w:t>8. BIENESTAR MALAMA</w:t>
      </w:r>
    </w:p>
    <w:p w14:paraId="11A098CC" w14:textId="77777777" w:rsidR="0036140A" w:rsidRPr="00C76997" w:rsidRDefault="0036140A" w:rsidP="00C76997">
      <w:pPr>
        <w:jc w:val="both"/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Nos gustaría que, de forma totalmente opcional, rellenaras la siguiente información. El objetivo es conocerte un poco más en profundidad y ahondar más allá de la oposición, porque para nosotros el bienestar personal forma parte fundamental del proceso y del rendimiento.</w:t>
      </w:r>
    </w:p>
    <w:p w14:paraId="33CAC7CA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Gustos musicales:</w:t>
      </w:r>
    </w:p>
    <w:p w14:paraId="055F5565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Tipos de películas que te gustan:</w:t>
      </w:r>
    </w:p>
    <w:p w14:paraId="355BC255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Series que sueles ver:</w:t>
      </w:r>
    </w:p>
    <w:p w14:paraId="1C3B0B07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Comidas favoritas:</w:t>
      </w:r>
    </w:p>
    <w:p w14:paraId="2022BE59" w14:textId="4CB071FC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¿Practicas deporte? ¿Cuál?</w:t>
      </w:r>
    </w:p>
    <w:p w14:paraId="6FED15A6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¿Cuántas veces a la semana entrenas o realizas actividad física?</w:t>
      </w:r>
    </w:p>
    <w:p w14:paraId="75647FC8" w14:textId="77777777" w:rsidR="0036140A" w:rsidRPr="00C76997" w:rsidRDefault="0036140A" w:rsidP="0036140A">
      <w:pPr>
        <w:numPr>
          <w:ilvl w:val="0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¿Escuchas podcasts? (Sí / No)</w:t>
      </w:r>
    </w:p>
    <w:p w14:paraId="2B870CE0" w14:textId="1B4FFB0C" w:rsidR="0036140A" w:rsidRPr="00C76997" w:rsidRDefault="0036140A" w:rsidP="0036140A">
      <w:pPr>
        <w:numPr>
          <w:ilvl w:val="1"/>
          <w:numId w:val="10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En caso de que la respuesta sea SI ¿sobre qué temas?</w:t>
      </w:r>
    </w:p>
    <w:p w14:paraId="7672D752" w14:textId="4ECA153F" w:rsidR="0036140A" w:rsidRPr="00C76997" w:rsidRDefault="0036140A" w:rsidP="0036140A">
      <w:pPr>
        <w:pStyle w:val="Prrafodelista"/>
        <w:numPr>
          <w:ilvl w:val="0"/>
          <w:numId w:val="11"/>
        </w:numPr>
        <w:rPr>
          <w:rFonts w:ascii="Aptos" w:hAnsi="Aptos"/>
          <w:sz w:val="24"/>
          <w:szCs w:val="24"/>
          <w:lang w:val="es-ES"/>
        </w:rPr>
      </w:pPr>
      <w:r w:rsidRPr="00C76997">
        <w:rPr>
          <w:rFonts w:ascii="Aptos" w:hAnsi="Aptos"/>
          <w:sz w:val="24"/>
          <w:szCs w:val="24"/>
          <w:lang w:val="es-ES"/>
        </w:rPr>
        <w:t>¿Qué te gusta hacer en tu tiempo libre? ¿Hobbies?</w:t>
      </w:r>
    </w:p>
    <w:p w14:paraId="52D9DBD7" w14:textId="77777777" w:rsidR="0036140A" w:rsidRPr="00C76997" w:rsidRDefault="0036140A">
      <w:pPr>
        <w:rPr>
          <w:rFonts w:ascii="Aptos" w:hAnsi="Aptos"/>
          <w:lang w:val="es-ES"/>
        </w:rPr>
      </w:pPr>
    </w:p>
    <w:p w14:paraId="528997EB" w14:textId="77777777" w:rsidR="00C76997" w:rsidRDefault="00C76997" w:rsidP="00C76997">
      <w:pPr>
        <w:jc w:val="both"/>
        <w:rPr>
          <w:rFonts w:ascii="Aptos" w:hAnsi="Aptos"/>
          <w:lang w:val="es-ES"/>
        </w:rPr>
      </w:pPr>
    </w:p>
    <w:p w14:paraId="2812769F" w14:textId="77777777" w:rsidR="00C76997" w:rsidRDefault="00C76997" w:rsidP="00C76997">
      <w:pPr>
        <w:jc w:val="both"/>
        <w:rPr>
          <w:rFonts w:ascii="Aptos" w:hAnsi="Aptos"/>
          <w:lang w:val="es-ES"/>
        </w:rPr>
      </w:pPr>
    </w:p>
    <w:p w14:paraId="2A0D0EA8" w14:textId="0395E22C" w:rsidR="007770C5" w:rsidRPr="005F2AE9" w:rsidRDefault="007770C5" w:rsidP="00C76997">
      <w:pPr>
        <w:jc w:val="both"/>
        <w:rPr>
          <w:rFonts w:ascii="Aptos" w:hAnsi="Aptos"/>
          <w:lang w:val="es-ES"/>
        </w:rPr>
      </w:pPr>
      <w:r w:rsidRPr="005F2AE9">
        <w:rPr>
          <w:rFonts w:ascii="Aptos" w:hAnsi="Aptos"/>
          <w:lang w:val="es-ES"/>
        </w:rPr>
        <w:t xml:space="preserve">Recuerda que todo este cuestionario, cada corrección, cada llamada y cada contacto con tu </w:t>
      </w:r>
      <w:r w:rsidR="00C76997">
        <w:rPr>
          <w:rFonts w:ascii="Aptos" w:hAnsi="Aptos"/>
          <w:lang w:val="es-ES"/>
        </w:rPr>
        <w:t>Guía</w:t>
      </w:r>
      <w:r w:rsidRPr="005F2AE9">
        <w:rPr>
          <w:rFonts w:ascii="Aptos" w:hAnsi="Aptos"/>
          <w:lang w:val="es-ES"/>
        </w:rPr>
        <w:t xml:space="preserve"> es algo personal por lo que es completamente confidencial y puedes tener confianza 100%. QUEREMOS CONCOCERTE, saber quién eres y ayudarte a conseguir tu objetivo</w:t>
      </w:r>
      <w:r w:rsidR="00C76997">
        <w:rPr>
          <w:rFonts w:ascii="Aptos" w:hAnsi="Aptos"/>
          <w:lang w:val="es-ES"/>
        </w:rPr>
        <w:t xml:space="preserve">, </w:t>
      </w:r>
      <w:r w:rsidR="00C76997" w:rsidRPr="005F2AE9">
        <w:rPr>
          <w:rFonts w:ascii="Aptos" w:hAnsi="Aptos"/>
          <w:lang w:val="es-ES"/>
        </w:rPr>
        <w:t>acompañándote</w:t>
      </w:r>
      <w:r w:rsidRPr="005F2AE9">
        <w:rPr>
          <w:rFonts w:ascii="Aptos" w:hAnsi="Aptos"/>
          <w:lang w:val="es-ES"/>
        </w:rPr>
        <w:t xml:space="preserve"> hasta el final</w:t>
      </w:r>
      <w:r w:rsidR="00C76997">
        <w:rPr>
          <w:rFonts w:ascii="Aptos" w:hAnsi="Aptos"/>
          <w:lang w:val="es-ES"/>
        </w:rPr>
        <w:t>, tu plaza</w:t>
      </w:r>
      <w:r w:rsidRPr="005F2AE9">
        <w:rPr>
          <w:rFonts w:ascii="Aptos" w:hAnsi="Aptos"/>
          <w:lang w:val="es-ES"/>
        </w:rPr>
        <w:t>. NO eres un N</w:t>
      </w:r>
      <w:r w:rsidR="004E7701" w:rsidRPr="005F2AE9">
        <w:rPr>
          <w:rFonts w:ascii="Aptos" w:hAnsi="Aptos"/>
          <w:lang w:val="es-ES"/>
        </w:rPr>
        <w:t>Ú</w:t>
      </w:r>
      <w:r w:rsidRPr="005F2AE9">
        <w:rPr>
          <w:rFonts w:ascii="Aptos" w:hAnsi="Aptos"/>
          <w:lang w:val="es-ES"/>
        </w:rPr>
        <w:t>MERO, YA ERES PARTE DE NUESTR</w:t>
      </w:r>
      <w:r w:rsidR="00C76997">
        <w:rPr>
          <w:rFonts w:ascii="Aptos" w:hAnsi="Aptos"/>
          <w:lang w:val="es-ES"/>
        </w:rPr>
        <w:t>A</w:t>
      </w:r>
      <w:r w:rsidRPr="005F2AE9">
        <w:rPr>
          <w:rFonts w:ascii="Aptos" w:hAnsi="Aptos"/>
          <w:lang w:val="es-ES"/>
        </w:rPr>
        <w:t xml:space="preserve"> OHANA.</w:t>
      </w:r>
    </w:p>
    <w:p w14:paraId="0C2AF869" w14:textId="77777777" w:rsidR="007770C5" w:rsidRPr="005F2AE9" w:rsidRDefault="007770C5">
      <w:pPr>
        <w:rPr>
          <w:rFonts w:ascii="Aptos" w:hAnsi="Aptos"/>
          <w:lang w:val="es-ES"/>
        </w:rPr>
      </w:pPr>
    </w:p>
    <w:p w14:paraId="3BDE56BF" w14:textId="77777777" w:rsidR="007770C5" w:rsidRPr="005F2AE9" w:rsidRDefault="007770C5">
      <w:pPr>
        <w:rPr>
          <w:rFonts w:ascii="Aptos" w:hAnsi="Aptos"/>
          <w:lang w:val="es-ES"/>
        </w:rPr>
      </w:pPr>
    </w:p>
    <w:p w14:paraId="19BC5715" w14:textId="3639539B" w:rsidR="007770C5" w:rsidRPr="0036140A" w:rsidRDefault="007770C5">
      <w:pPr>
        <w:rPr>
          <w:rFonts w:ascii="Aptos" w:hAnsi="Aptos"/>
        </w:rPr>
      </w:pPr>
      <w:r w:rsidRPr="0036140A">
        <w:rPr>
          <w:rFonts w:ascii="Aptos" w:hAnsi="Aptos"/>
        </w:rPr>
        <w:t xml:space="preserve">Equipo Ohana Malama </w:t>
      </w:r>
    </w:p>
    <w:bookmarkEnd w:id="0"/>
    <w:p w14:paraId="43A0F005" w14:textId="77777777" w:rsidR="00992D2F" w:rsidRDefault="00992D2F"/>
    <w:sectPr w:rsidR="00992D2F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BA464" w14:textId="77777777" w:rsidR="00A37F5C" w:rsidRDefault="00A37F5C" w:rsidP="00C76997">
      <w:pPr>
        <w:spacing w:after="0" w:line="240" w:lineRule="auto"/>
      </w:pPr>
      <w:r>
        <w:separator/>
      </w:r>
    </w:p>
  </w:endnote>
  <w:endnote w:type="continuationSeparator" w:id="0">
    <w:p w14:paraId="44D2D4D0" w14:textId="77777777" w:rsidR="00A37F5C" w:rsidRDefault="00A37F5C" w:rsidP="00C7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F53FC" w14:textId="0A48C18C" w:rsidR="00E01AEB" w:rsidRPr="00E01AEB" w:rsidRDefault="00E01AEB" w:rsidP="00E01AEB">
    <w:pPr>
      <w:pStyle w:val="Piedepgina"/>
      <w:jc w:val="center"/>
      <w:rPr>
        <w:b/>
        <w:bCs/>
        <w:color w:val="4D9FA1"/>
        <w:sz w:val="24"/>
        <w:szCs w:val="24"/>
      </w:rPr>
    </w:pPr>
    <w:r w:rsidRPr="00E01AEB">
      <w:rPr>
        <w:b/>
        <w:bCs/>
        <w:color w:val="4D9FA1"/>
        <w:sz w:val="24"/>
        <w:szCs w:val="24"/>
      </w:rPr>
      <w:t>info@ohanamalama.com</w:t>
    </w:r>
  </w:p>
  <w:p w14:paraId="321CFF1C" w14:textId="77777777" w:rsidR="00E01AEB" w:rsidRPr="00E01AEB" w:rsidRDefault="00E01AEB">
    <w:pPr>
      <w:pStyle w:val="Piedepgina"/>
      <w:rPr>
        <w:b/>
        <w:bCs/>
        <w:color w:val="4D9FA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853B0" w14:textId="77777777" w:rsidR="00A37F5C" w:rsidRDefault="00A37F5C" w:rsidP="00C76997">
      <w:pPr>
        <w:spacing w:after="0" w:line="240" w:lineRule="auto"/>
      </w:pPr>
      <w:r>
        <w:separator/>
      </w:r>
    </w:p>
  </w:footnote>
  <w:footnote w:type="continuationSeparator" w:id="0">
    <w:p w14:paraId="55BC248E" w14:textId="77777777" w:rsidR="00A37F5C" w:rsidRDefault="00A37F5C" w:rsidP="00C7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055B9" w14:textId="28EE19CB" w:rsidR="00E01AEB" w:rsidRDefault="00E01AEB">
    <w:pPr>
      <w:pStyle w:val="Encabezado"/>
    </w:pPr>
    <w:r w:rsidRPr="00E01AEB">
      <w:rPr>
        <w:lang w:val="es-ES"/>
      </w:rPr>
      <w:drawing>
        <wp:anchor distT="0" distB="0" distL="114300" distR="114300" simplePos="0" relativeHeight="251658240" behindDoc="1" locked="0" layoutInCell="1" allowOverlap="1" wp14:anchorId="516057AA" wp14:editId="30984B47">
          <wp:simplePos x="0" y="0"/>
          <wp:positionH relativeFrom="page">
            <wp:align>left</wp:align>
          </wp:positionH>
          <wp:positionV relativeFrom="paragraph">
            <wp:posOffset>-381000</wp:posOffset>
          </wp:positionV>
          <wp:extent cx="1714500" cy="1143000"/>
          <wp:effectExtent l="0" t="0" r="0" b="0"/>
          <wp:wrapNone/>
          <wp:docPr id="1401213705" name="Imagen 1" descr="Texto,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1213705" name="Imagen 1" descr="Texto,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F4455D" w14:textId="77777777" w:rsidR="00C76997" w:rsidRDefault="00C769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C77B45"/>
    <w:multiLevelType w:val="hybridMultilevel"/>
    <w:tmpl w:val="B3FE8F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570FB0"/>
    <w:multiLevelType w:val="hybridMultilevel"/>
    <w:tmpl w:val="FE1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026A0"/>
    <w:multiLevelType w:val="multilevel"/>
    <w:tmpl w:val="1610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F565F0"/>
    <w:multiLevelType w:val="hybridMultilevel"/>
    <w:tmpl w:val="E09E8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96304"/>
    <w:multiLevelType w:val="hybridMultilevel"/>
    <w:tmpl w:val="ADB6CC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808DA"/>
    <w:multiLevelType w:val="hybridMultilevel"/>
    <w:tmpl w:val="93ACBE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4016"/>
    <w:multiLevelType w:val="hybridMultilevel"/>
    <w:tmpl w:val="8A0206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41D27"/>
    <w:multiLevelType w:val="hybridMultilevel"/>
    <w:tmpl w:val="47D04C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E3D26"/>
    <w:multiLevelType w:val="hybridMultilevel"/>
    <w:tmpl w:val="2A74F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215111">
    <w:abstractNumId w:val="8"/>
  </w:num>
  <w:num w:numId="2" w16cid:durableId="331104204">
    <w:abstractNumId w:val="6"/>
  </w:num>
  <w:num w:numId="3" w16cid:durableId="1980306076">
    <w:abstractNumId w:val="5"/>
  </w:num>
  <w:num w:numId="4" w16cid:durableId="14232933">
    <w:abstractNumId w:val="4"/>
  </w:num>
  <w:num w:numId="5" w16cid:durableId="1564289922">
    <w:abstractNumId w:val="7"/>
  </w:num>
  <w:num w:numId="6" w16cid:durableId="1910262716">
    <w:abstractNumId w:val="3"/>
  </w:num>
  <w:num w:numId="7" w16cid:durableId="1666283022">
    <w:abstractNumId w:val="2"/>
  </w:num>
  <w:num w:numId="8" w16cid:durableId="549614238">
    <w:abstractNumId w:val="1"/>
  </w:num>
  <w:num w:numId="9" w16cid:durableId="500971101">
    <w:abstractNumId w:val="0"/>
  </w:num>
  <w:num w:numId="10" w16cid:durableId="501552866">
    <w:abstractNumId w:val="11"/>
  </w:num>
  <w:num w:numId="11" w16cid:durableId="340859045">
    <w:abstractNumId w:val="13"/>
  </w:num>
  <w:num w:numId="12" w16cid:durableId="466895232">
    <w:abstractNumId w:val="17"/>
  </w:num>
  <w:num w:numId="13" w16cid:durableId="1432511522">
    <w:abstractNumId w:val="16"/>
  </w:num>
  <w:num w:numId="14" w16cid:durableId="205679997">
    <w:abstractNumId w:val="10"/>
  </w:num>
  <w:num w:numId="15" w16cid:durableId="327051831">
    <w:abstractNumId w:val="12"/>
  </w:num>
  <w:num w:numId="16" w16cid:durableId="1766923081">
    <w:abstractNumId w:val="9"/>
  </w:num>
  <w:num w:numId="17" w16cid:durableId="1064108429">
    <w:abstractNumId w:val="15"/>
  </w:num>
  <w:num w:numId="18" w16cid:durableId="8728388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4DD1"/>
    <w:rsid w:val="00057194"/>
    <w:rsid w:val="0006063C"/>
    <w:rsid w:val="0015074B"/>
    <w:rsid w:val="0029639D"/>
    <w:rsid w:val="00326F90"/>
    <w:rsid w:val="0036140A"/>
    <w:rsid w:val="003A2DC1"/>
    <w:rsid w:val="00414E18"/>
    <w:rsid w:val="004E7701"/>
    <w:rsid w:val="005F2AE9"/>
    <w:rsid w:val="00685394"/>
    <w:rsid w:val="007770C5"/>
    <w:rsid w:val="00992D2F"/>
    <w:rsid w:val="00A37F5C"/>
    <w:rsid w:val="00AA1D8D"/>
    <w:rsid w:val="00B47730"/>
    <w:rsid w:val="00C76997"/>
    <w:rsid w:val="00CB0664"/>
    <w:rsid w:val="00CC0667"/>
    <w:rsid w:val="00E01A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ffe5"/>
    </o:shapedefaults>
    <o:shapelayout v:ext="edit">
      <o:idmap v:ext="edit" data="2"/>
    </o:shapelayout>
  </w:shapeDefaults>
  <w:decimalSymbol w:val=","/>
  <w:listSeparator w:val=";"/>
  <w14:docId w14:val="1F03902D"/>
  <w14:defaultImageDpi w14:val="330"/>
  <w15:docId w15:val="{FEA413C4-959F-4802-8DCE-F4C97EEC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378</Words>
  <Characters>2095</Characters>
  <Application>Microsoft Office Word</Application>
  <DocSecurity>0</DocSecurity>
  <Lines>63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pedro comino trujillo</cp:lastModifiedBy>
  <cp:revision>5</cp:revision>
  <dcterms:created xsi:type="dcterms:W3CDTF">2026-02-02T09:59:00Z</dcterms:created>
  <dcterms:modified xsi:type="dcterms:W3CDTF">2026-02-11T18:30:00Z</dcterms:modified>
  <cp:category/>
</cp:coreProperties>
</file>